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3A6B"/>
          <w:sz w:val="30"/>
        </w:rPr>
        <w:t>[TO BE PRINTED ON PARTNER COMPANY / MSME OFFICIAL LETTERHEAD]</w:t>
        <w:br/>
      </w:r>
      <w:r>
        <w:rPr>
          <w:color w:val="64748B"/>
          <w:sz w:val="20"/>
        </w:rPr>
        <w:t>CERTIFICATE OF INDUSTRIAL INTERNSHIP / PROJECT COMPLETION</w:t>
      </w:r>
    </w:p>
    <w:p>
      <w:r>
        <w:br/>
        <w:t>Ref No.: [COMP/INT/2027/___]                                                                  Date: [DD/MM/2027]</w:t>
        <w:br/>
      </w:r>
    </w:p>
    <w:p>
      <w:pPr>
        <w:jc w:val="center"/>
      </w:pPr>
      <w:r>
        <w:rPr>
          <w:b/>
          <w:sz w:val="26"/>
        </w:rPr>
        <w:t>TO WHOMSOEVER IT MAY CONCERN</w:t>
        <w:br/>
      </w:r>
    </w:p>
    <w:p>
      <w:r>
        <w:t>This is to certify that Mr. / Ms. ____________________________________________________, bearing Department of Technical Education (DTE) Register Number __________________________, a Final-Year (6th Semester) student of Diploma in ____________________________________________________ at ____________________________________________________ Polytechnic, has successfully completed his/her mandatory Industrial Internship / Project Work at our organization.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Internship Duration &amp; Dates</w:t>
            </w:r>
          </w:p>
        </w:tc>
        <w:tc>
          <w:tcPr>
            <w:tcW w:type="dxa" w:w="4896"/>
          </w:tcPr>
          <w:p>
            <w:r>
              <w:t>From [DD/MM/2027] to [DD/MM/2027] ([12 / 16] Weeks)</w:t>
            </w:r>
          </w:p>
        </w:tc>
      </w:tr>
      <w:tr>
        <w:tc>
          <w:tcPr>
            <w:tcW w:type="dxa" w:w="4896"/>
          </w:tcPr>
          <w:p>
            <w:r>
              <w:t>Department / Division Assigned</w:t>
            </w:r>
          </w:p>
        </w:tc>
        <w:tc>
          <w:tcPr>
            <w:tcW w:type="dxa" w:w="4896"/>
          </w:tcPr>
          <w:p>
            <w:r>
              <w:t>[e.g., Production &amp; CNC / Electrical Panels / Software Dev / Civil Site Execution]</w:t>
            </w:r>
          </w:p>
        </w:tc>
      </w:tr>
      <w:tr>
        <w:tc>
          <w:tcPr>
            <w:tcW w:type="dxa" w:w="4896"/>
          </w:tcPr>
          <w:p>
            <w:r>
              <w:t>Project / Training Title</w:t>
            </w:r>
          </w:p>
        </w:tc>
        <w:tc>
          <w:tcPr>
            <w:tcW w:type="dxa" w:w="4896"/>
          </w:tcPr>
          <w:p>
            <w:r>
              <w:t>[Title of the Project or Training Module Completed]</w:t>
            </w:r>
          </w:p>
        </w:tc>
      </w:tr>
      <w:tr>
        <w:tc>
          <w:tcPr>
            <w:tcW w:type="dxa" w:w="4896"/>
          </w:tcPr>
          <w:p>
            <w:r>
              <w:t>Attendance &amp; Punctuality</w:t>
            </w:r>
          </w:p>
        </w:tc>
        <w:tc>
          <w:tcPr>
            <w:tcW w:type="dxa" w:w="4896"/>
          </w:tcPr>
          <w:p>
            <w:r>
              <w:t>[Excellent / Good — ___% Attendance]</w:t>
            </w:r>
          </w:p>
        </w:tc>
      </w:tr>
      <w:tr>
        <w:tc>
          <w:tcPr>
            <w:tcW w:type="dxa" w:w="4896"/>
          </w:tcPr>
          <w:p>
            <w:r>
              <w:t>Technical Conduct &amp; Performance</w:t>
            </w:r>
          </w:p>
        </w:tc>
        <w:tc>
          <w:tcPr>
            <w:tcW w:type="dxa" w:w="4896"/>
          </w:tcPr>
          <w:p>
            <w:r>
              <w:t>[Satisfactory / Good / Exemplary]</w:t>
            </w:r>
          </w:p>
        </w:tc>
      </w:tr>
    </w:tbl>
    <w:p>
      <w:r>
        <w:br/>
        <w:t>During the period of internship, we found the trainee to be sincere, inquisitive, and hardworking. He/She has adhered to all workplace safety and quality norms. We wish him/her all the best in future academic and career endeavours.</w:t>
        <w:br/>
        <w:br/>
        <w:br/>
        <w:t>For [COMPANY / MSME NAME],</w:t>
        <w:br/>
        <w:br/>
        <w:br/>
        <w:t>____________________________________                                  [OFFICIAL COMPANY SEAL / STAMP]</w:t>
        <w:br/>
        <w:t>Authorized Signatory (HR / Proprietor / Plant Head)</w:t>
        <w:br/>
        <w:t>Name &amp; Designation: ____________________________</w:t>
        <w:br/>
        <w:t>Contact Phone &amp; Email: _________________________</w:t>
      </w:r>
    </w:p>
    <w:sectPr w:rsidR="00FC693F" w:rsidRPr="0006063C" w:rsidSect="00034616">
      <w:footerReference w:type="default" r:id="rId9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7"/>
      </w:rPr>
      <w:t>Standard DTE Karnataka C-20 Internship Certificate Format • Provided by Advitiya Academy of Learning (adwitiyaacademyoflearning.com)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