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3A6B"/>
          <w:sz w:val="30"/>
        </w:rPr>
        <w:t>[TO BE PRINTED ON YOUR POLYTECHNIC COLLEGE LETTERHEAD]</w:t>
        <w:br/>
      </w:r>
      <w:r>
        <w:rPr>
          <w:color w:val="64748B"/>
          <w:sz w:val="20"/>
        </w:rPr>
        <w:t>NO OBJECTION CERTIFICATE (NOC) &amp; RECOMMENDATION FOR 6TH-SEMESTER INDUSTRIAL INTERNSHIP</w:t>
      </w:r>
    </w:p>
    <w:p>
      <w:r>
        <w:br/>
        <w:t>Ref No.: [Dept/Intern/2026-27/___]                                                              Date: [DD/MM/2026]</w:t>
      </w:r>
    </w:p>
    <w:p>
      <w:r>
        <w:t>To,</w:t>
        <w:br/>
        <w:t>The HR Manager / Head – Training &amp; Development,</w:t>
        <w:br/>
        <w:t>[Target Company Name, e.g., Hindustan Aeronautics Ltd (HAL) / Bharat Electronics Ltd (BEL) / Bosch / MSME Name],</w:t>
        <w:br/>
        <w:t>[Company Address / City, Karnataka].</w:t>
      </w:r>
    </w:p>
    <w:p>
      <w:r>
        <w:rPr>
          <w:b/>
        </w:rPr>
        <w:t>Subject: Recommendation and No Objection Certificate (NOC) for 6th-Semester Diploma Industrial Internship / Project Work.</w:t>
      </w:r>
    </w:p>
    <w:p>
      <w:r>
        <w:t>Dear Sir / Madam,</w:t>
      </w:r>
    </w:p>
    <w:p>
      <w:r>
        <w:t>Greetings from the Department of [Your Engineering Branch], [Your Polytechnic College Name, City]!</w:t>
        <w:br/>
        <w:br/>
        <w:t>This is to certify that the following student(s) are bonafide Final-Year (3rd Year / 6th Semester) Diploma Engineering students of our institution, affiliated to the Department of Technical Education (DTE), Government of Karnataka: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Sl. No.</w:t>
            </w:r>
          </w:p>
        </w:tc>
        <w:tc>
          <w:tcPr>
            <w:tcW w:type="dxa" w:w="2448"/>
          </w:tcPr>
          <w:p>
            <w:r>
              <w:t>Student Full Name</w:t>
            </w:r>
          </w:p>
        </w:tc>
        <w:tc>
          <w:tcPr>
            <w:tcW w:type="dxa" w:w="2448"/>
          </w:tcPr>
          <w:p>
            <w:r>
              <w:t>DTE Register Number</w:t>
            </w:r>
          </w:p>
        </w:tc>
        <w:tc>
          <w:tcPr>
            <w:tcW w:type="dxa" w:w="2448"/>
          </w:tcPr>
          <w:p>
            <w:r>
              <w:t>Diploma Branch &amp; Sem</w:t>
            </w:r>
          </w:p>
        </w:tc>
      </w:tr>
      <w:tr>
        <w:tc>
          <w:tcPr>
            <w:tcW w:type="dxa" w:w="2448"/>
          </w:tcPr>
          <w:p>
            <w:r>
              <w:t>1</w:t>
            </w:r>
          </w:p>
        </w:tc>
        <w:tc>
          <w:tcPr>
            <w:tcW w:type="dxa" w:w="2448"/>
          </w:tcPr>
          <w:p>
            <w:r>
              <w:t>[Student Name]</w:t>
            </w:r>
          </w:p>
        </w:tc>
        <w:tc>
          <w:tcPr>
            <w:tcW w:type="dxa" w:w="2448"/>
          </w:tcPr>
          <w:p>
            <w:r>
              <w:t>[e.g., 102CS24001]</w:t>
            </w:r>
          </w:p>
        </w:tc>
        <w:tc>
          <w:tcPr>
            <w:tcW w:type="dxa" w:w="2448"/>
          </w:tcPr>
          <w:p>
            <w:r>
              <w:t>Diploma in [Branch] – 6th Sem</w:t>
            </w:r>
          </w:p>
        </w:tc>
      </w:tr>
      <w:tr>
        <w:tc>
          <w:tcPr>
            <w:tcW w:type="dxa" w:w="2448"/>
          </w:tcPr>
          <w:p>
            <w:r>
              <w:t>2</w:t>
            </w:r>
          </w:p>
        </w:tc>
        <w:tc>
          <w:tcPr>
            <w:tcW w:type="dxa" w:w="2448"/>
          </w:tcPr>
          <w:p>
            <w:r>
              <w:t>[Student Name]</w:t>
            </w:r>
          </w:p>
        </w:tc>
        <w:tc>
          <w:tcPr>
            <w:tcW w:type="dxa" w:w="2448"/>
          </w:tcPr>
          <w:p>
            <w:r>
              <w:t>[e.g., 102CS24001]</w:t>
            </w:r>
          </w:p>
        </w:tc>
        <w:tc>
          <w:tcPr>
            <w:tcW w:type="dxa" w:w="2448"/>
          </w:tcPr>
          <w:p>
            <w:r>
              <w:t>Diploma in [Branch] – 6th Sem</w:t>
            </w:r>
          </w:p>
        </w:tc>
      </w:tr>
      <w:tr>
        <w:tc>
          <w:tcPr>
            <w:tcW w:type="dxa" w:w="2448"/>
          </w:tcPr>
          <w:p>
            <w:r>
              <w:t>3</w:t>
            </w:r>
          </w:p>
        </w:tc>
        <w:tc>
          <w:tcPr>
            <w:tcW w:type="dxa" w:w="2448"/>
          </w:tcPr>
          <w:p>
            <w:r>
              <w:t>[Student Name]</w:t>
            </w:r>
          </w:p>
        </w:tc>
        <w:tc>
          <w:tcPr>
            <w:tcW w:type="dxa" w:w="2448"/>
          </w:tcPr>
          <w:p>
            <w:r>
              <w:t>[e.g., 102CS24001]</w:t>
            </w:r>
          </w:p>
        </w:tc>
        <w:tc>
          <w:tcPr>
            <w:tcW w:type="dxa" w:w="2448"/>
          </w:tcPr>
          <w:p>
            <w:r>
              <w:t>Diploma in [Branch] – 6th Sem</w:t>
            </w:r>
          </w:p>
        </w:tc>
      </w:tr>
    </w:tbl>
    <w:p>
      <w:r>
        <w:br/>
        <w:t>As per the mandatory curriculum of the Department of Technical Education (DTE), Karnataka (C-20 Scheme), every 6th-semester student is required to undergo a 12 to 16-week Industrial Internship / Implant Training / Capstone Project between [Start Month, e.g., January 2027] and [End Month, e.g., April 2027].</w:t>
        <w:br/>
        <w:br/>
        <w:t>Our institution has NO OBJECTION to the above-mentioned student(s) undergoing their industrial internship at your esteemed organization. During the training period, the student(s) will strictly abide by all safety, security, discipline, and confidentiality rules of your organization.</w:t>
        <w:br/>
        <w:br/>
        <w:t>We kindly request you to accord permission for their internship and issue an Internship Completion Certificate upon successful completion.</w:t>
      </w:r>
    </w:p>
    <w:p>
      <w:r>
        <w:br/>
        <w:t>Thanking you,</w:t>
        <w:br/>
        <w:t>Yours faithfully,</w:t>
        <w:br/>
        <w:br/>
        <w:br/>
        <w:t>____________________________________                                  ____________________________________</w:t>
        <w:br/>
        <w:t>Signature of Head of Department (HOD)                                Signature &amp; Seal of the Principal</w:t>
        <w:br/>
        <w:t>[Polytechnic Name &amp; Contact Number]                                  [Official College Rubber Stamp]</w:t>
      </w:r>
    </w:p>
    <w:sectPr w:rsidR="00FC693F" w:rsidRPr="0006063C" w:rsidSect="00034616">
      <w:footerReference w:type="default" r:id="rId9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7"/>
      </w:rPr>
      <w:t>Advitiya Academy of Learning • Vijayanagar, Bengaluru | +91 97394 37321 | adwitiyaacademyoflearning.com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